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939" w:rsidRDefault="00786344">
      <w:pPr>
        <w:jc w:val="right"/>
      </w:pPr>
      <w:r>
        <w:rPr>
          <w:noProof/>
          <w:lang w:val="en-GB" w:eastAsia="en-GB"/>
        </w:rPr>
        <w:drawing>
          <wp:inline distT="0" distB="0" distL="0" distR="0">
            <wp:extent cx="1051560" cy="10515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-Up Logo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939" w:rsidRDefault="00786344" w:rsidP="00FC4662">
      <w:r>
        <w:rPr>
          <w:sz w:val="32"/>
        </w:rPr>
        <w:t>PRODUCT SOURCING REQUEST FORM (RFQ)</w:t>
      </w:r>
    </w:p>
    <w:p w:rsidR="00FC4662" w:rsidRDefault="00786344">
      <w:pPr>
        <w:spacing w:after="160"/>
      </w:pPr>
      <w:r>
        <w:t>Please fill in the details below. Don’t worry if some information is unknown, we can help develop the product with you.</w:t>
      </w:r>
    </w:p>
    <w:p w:rsidR="00D03939" w:rsidRPr="00E83D3D" w:rsidRDefault="00786344">
      <w:pPr>
        <w:spacing w:before="160" w:after="0"/>
        <w:rPr>
          <w:rFonts w:ascii="Calibri" w:hAnsi="Calibri" w:cs="Calibri"/>
          <w:sz w:val="28"/>
          <w:szCs w:val="28"/>
        </w:rPr>
      </w:pPr>
      <w:r w:rsidRPr="00E83D3D">
        <w:rPr>
          <w:rFonts w:ascii="Calibri" w:hAnsi="Calibri" w:cs="Calibri"/>
          <w:b/>
          <w:color w:val="366092"/>
          <w:sz w:val="28"/>
          <w:szCs w:val="28"/>
        </w:rPr>
        <w:t>1. COMPANY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D03939">
        <w:tc>
          <w:tcPr>
            <w:tcW w:w="4320" w:type="dxa"/>
          </w:tcPr>
          <w:p w:rsidR="00D03939" w:rsidRDefault="00786344">
            <w:r>
              <w:t>Company Name</w:t>
            </w:r>
          </w:p>
        </w:tc>
        <w:tc>
          <w:tcPr>
            <w:tcW w:w="4320" w:type="dxa"/>
          </w:tcPr>
          <w:p w:rsidR="00D03939" w:rsidRDefault="00D03939"/>
        </w:tc>
      </w:tr>
      <w:tr w:rsidR="00D03939">
        <w:tc>
          <w:tcPr>
            <w:tcW w:w="4320" w:type="dxa"/>
          </w:tcPr>
          <w:p w:rsidR="00D03939" w:rsidRDefault="00786344">
            <w:r>
              <w:t>Contact Name</w:t>
            </w:r>
          </w:p>
        </w:tc>
        <w:tc>
          <w:tcPr>
            <w:tcW w:w="4320" w:type="dxa"/>
          </w:tcPr>
          <w:p w:rsidR="00D03939" w:rsidRDefault="00D03939"/>
        </w:tc>
      </w:tr>
      <w:tr w:rsidR="00D03939">
        <w:tc>
          <w:tcPr>
            <w:tcW w:w="4320" w:type="dxa"/>
          </w:tcPr>
          <w:p w:rsidR="00D03939" w:rsidRDefault="00786344">
            <w:r>
              <w:t>Position</w:t>
            </w:r>
          </w:p>
        </w:tc>
        <w:tc>
          <w:tcPr>
            <w:tcW w:w="4320" w:type="dxa"/>
          </w:tcPr>
          <w:p w:rsidR="00D03939" w:rsidRDefault="00D03939"/>
        </w:tc>
      </w:tr>
      <w:tr w:rsidR="00D03939">
        <w:tc>
          <w:tcPr>
            <w:tcW w:w="4320" w:type="dxa"/>
          </w:tcPr>
          <w:p w:rsidR="00D03939" w:rsidRDefault="00786344">
            <w:r>
              <w:t>Email</w:t>
            </w:r>
          </w:p>
        </w:tc>
        <w:tc>
          <w:tcPr>
            <w:tcW w:w="4320" w:type="dxa"/>
          </w:tcPr>
          <w:p w:rsidR="00D03939" w:rsidRDefault="00D03939"/>
        </w:tc>
      </w:tr>
      <w:tr w:rsidR="00D03939">
        <w:tc>
          <w:tcPr>
            <w:tcW w:w="4320" w:type="dxa"/>
          </w:tcPr>
          <w:p w:rsidR="00D03939" w:rsidRDefault="00786344">
            <w:r>
              <w:t>Phone / WhatsApp</w:t>
            </w:r>
          </w:p>
        </w:tc>
        <w:tc>
          <w:tcPr>
            <w:tcW w:w="4320" w:type="dxa"/>
          </w:tcPr>
          <w:p w:rsidR="00D03939" w:rsidRDefault="00D03939"/>
        </w:tc>
      </w:tr>
      <w:tr w:rsidR="00D03939">
        <w:tc>
          <w:tcPr>
            <w:tcW w:w="4320" w:type="dxa"/>
          </w:tcPr>
          <w:p w:rsidR="00D03939" w:rsidRDefault="00786344">
            <w:r>
              <w:t>Website</w:t>
            </w:r>
          </w:p>
        </w:tc>
        <w:tc>
          <w:tcPr>
            <w:tcW w:w="4320" w:type="dxa"/>
          </w:tcPr>
          <w:p w:rsidR="00D03939" w:rsidRDefault="00D03939"/>
        </w:tc>
      </w:tr>
      <w:tr w:rsidR="00D03939">
        <w:tc>
          <w:tcPr>
            <w:tcW w:w="4320" w:type="dxa"/>
          </w:tcPr>
          <w:p w:rsidR="00D03939" w:rsidRDefault="00786344">
            <w:r>
              <w:t>Country</w:t>
            </w:r>
          </w:p>
        </w:tc>
        <w:tc>
          <w:tcPr>
            <w:tcW w:w="4320" w:type="dxa"/>
          </w:tcPr>
          <w:p w:rsidR="00D03939" w:rsidRDefault="00D03939"/>
        </w:tc>
      </w:tr>
    </w:tbl>
    <w:p w:rsidR="00FC4662" w:rsidRDefault="00FC4662">
      <w:pPr>
        <w:spacing w:before="160" w:after="0"/>
        <w:rPr>
          <w:b/>
          <w:color w:val="366092"/>
          <w:sz w:val="24"/>
        </w:rPr>
      </w:pPr>
    </w:p>
    <w:p w:rsidR="00D03939" w:rsidRPr="00E83D3D" w:rsidRDefault="00786344">
      <w:pPr>
        <w:spacing w:before="160" w:after="0"/>
        <w:rPr>
          <w:rFonts w:ascii="Calibri" w:hAnsi="Calibri" w:cs="Calibri"/>
          <w:sz w:val="28"/>
          <w:szCs w:val="28"/>
        </w:rPr>
      </w:pPr>
      <w:r w:rsidRPr="00E83D3D">
        <w:rPr>
          <w:rFonts w:ascii="Calibri" w:hAnsi="Calibri" w:cs="Calibri"/>
          <w:b/>
          <w:color w:val="366092"/>
          <w:sz w:val="28"/>
          <w:szCs w:val="28"/>
        </w:rPr>
        <w:t>2. PRODUCT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D03939">
        <w:tc>
          <w:tcPr>
            <w:tcW w:w="4320" w:type="dxa"/>
          </w:tcPr>
          <w:p w:rsidR="00D03939" w:rsidRDefault="00786344">
            <w:r>
              <w:t>Product Name / Description</w:t>
            </w:r>
          </w:p>
        </w:tc>
        <w:tc>
          <w:tcPr>
            <w:tcW w:w="4320" w:type="dxa"/>
          </w:tcPr>
          <w:p w:rsidR="00D03939" w:rsidRDefault="00D03939"/>
        </w:tc>
      </w:tr>
      <w:tr w:rsidR="00D03939">
        <w:tc>
          <w:tcPr>
            <w:tcW w:w="4320" w:type="dxa"/>
          </w:tcPr>
          <w:p w:rsidR="00D03939" w:rsidRDefault="00786344">
            <w:r>
              <w:t>Product Category</w:t>
            </w:r>
          </w:p>
        </w:tc>
        <w:tc>
          <w:tcPr>
            <w:tcW w:w="4320" w:type="dxa"/>
          </w:tcPr>
          <w:p w:rsidR="00D03939" w:rsidRDefault="00D03939"/>
        </w:tc>
      </w:tr>
      <w:tr w:rsidR="00D03939">
        <w:tc>
          <w:tcPr>
            <w:tcW w:w="4320" w:type="dxa"/>
          </w:tcPr>
          <w:p w:rsidR="00D03939" w:rsidRDefault="00786344">
            <w:r>
              <w:t>New / Existing Product</w:t>
            </w:r>
          </w:p>
        </w:tc>
        <w:tc>
          <w:tcPr>
            <w:tcW w:w="4320" w:type="dxa"/>
          </w:tcPr>
          <w:p w:rsidR="00D03939" w:rsidRDefault="00D03939"/>
        </w:tc>
      </w:tr>
      <w:tr w:rsidR="00D03939">
        <w:tc>
          <w:tcPr>
            <w:tcW w:w="4320" w:type="dxa"/>
          </w:tcPr>
          <w:p w:rsidR="00D03939" w:rsidRDefault="00786344">
            <w:r>
              <w:t>Reference Images / Links</w:t>
            </w:r>
          </w:p>
        </w:tc>
        <w:tc>
          <w:tcPr>
            <w:tcW w:w="4320" w:type="dxa"/>
          </w:tcPr>
          <w:p w:rsidR="00D03939" w:rsidRDefault="00D03939"/>
        </w:tc>
      </w:tr>
    </w:tbl>
    <w:p w:rsidR="00FC4662" w:rsidRDefault="00FC4662">
      <w:pPr>
        <w:spacing w:before="160" w:after="0"/>
        <w:rPr>
          <w:b/>
          <w:color w:val="366092"/>
          <w:sz w:val="24"/>
        </w:rPr>
      </w:pPr>
    </w:p>
    <w:p w:rsidR="00D03939" w:rsidRPr="00E83D3D" w:rsidRDefault="00786344">
      <w:pPr>
        <w:spacing w:before="160" w:after="0"/>
        <w:rPr>
          <w:rFonts w:ascii="Calibri" w:hAnsi="Calibri" w:cs="Calibri"/>
          <w:sz w:val="28"/>
          <w:szCs w:val="28"/>
        </w:rPr>
      </w:pPr>
      <w:r w:rsidRPr="00E83D3D">
        <w:rPr>
          <w:rFonts w:ascii="Calibri" w:hAnsi="Calibri" w:cs="Calibri"/>
          <w:b/>
          <w:color w:val="366092"/>
          <w:sz w:val="28"/>
          <w:szCs w:val="28"/>
        </w:rPr>
        <w:t>3. TECHNICAL SPECIFICATION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D03939">
        <w:tc>
          <w:tcPr>
            <w:tcW w:w="4320" w:type="dxa"/>
          </w:tcPr>
          <w:p w:rsidR="00D03939" w:rsidRDefault="00786344">
            <w:r>
              <w:t>Key Materials</w:t>
            </w:r>
          </w:p>
        </w:tc>
        <w:tc>
          <w:tcPr>
            <w:tcW w:w="4320" w:type="dxa"/>
          </w:tcPr>
          <w:p w:rsidR="00D03939" w:rsidRDefault="00D03939"/>
        </w:tc>
      </w:tr>
      <w:tr w:rsidR="00D03939">
        <w:tc>
          <w:tcPr>
            <w:tcW w:w="4320" w:type="dxa"/>
          </w:tcPr>
          <w:p w:rsidR="00D03939" w:rsidRDefault="00786344">
            <w:r>
              <w:t>Product Dimensions</w:t>
            </w:r>
          </w:p>
        </w:tc>
        <w:tc>
          <w:tcPr>
            <w:tcW w:w="4320" w:type="dxa"/>
          </w:tcPr>
          <w:p w:rsidR="00D03939" w:rsidRDefault="00D03939"/>
        </w:tc>
      </w:tr>
      <w:tr w:rsidR="00D03939">
        <w:tc>
          <w:tcPr>
            <w:tcW w:w="4320" w:type="dxa"/>
          </w:tcPr>
          <w:p w:rsidR="00D03939" w:rsidRDefault="00786344">
            <w:r>
              <w:t>Weight (if known)</w:t>
            </w:r>
          </w:p>
        </w:tc>
        <w:tc>
          <w:tcPr>
            <w:tcW w:w="4320" w:type="dxa"/>
          </w:tcPr>
          <w:p w:rsidR="00D03939" w:rsidRDefault="00D03939"/>
        </w:tc>
      </w:tr>
      <w:tr w:rsidR="00D03939">
        <w:tc>
          <w:tcPr>
            <w:tcW w:w="4320" w:type="dxa"/>
          </w:tcPr>
          <w:p w:rsidR="00D03939" w:rsidRDefault="00786344">
            <w:r>
              <w:t>Colour Requirements</w:t>
            </w:r>
          </w:p>
        </w:tc>
        <w:tc>
          <w:tcPr>
            <w:tcW w:w="4320" w:type="dxa"/>
          </w:tcPr>
          <w:p w:rsidR="00D03939" w:rsidRDefault="00D03939"/>
        </w:tc>
      </w:tr>
      <w:tr w:rsidR="00D03939">
        <w:tc>
          <w:tcPr>
            <w:tcW w:w="4320" w:type="dxa"/>
          </w:tcPr>
          <w:p w:rsidR="00D03939" w:rsidRDefault="00786344">
            <w:r>
              <w:t>Surface Finish</w:t>
            </w:r>
          </w:p>
        </w:tc>
        <w:tc>
          <w:tcPr>
            <w:tcW w:w="4320" w:type="dxa"/>
          </w:tcPr>
          <w:p w:rsidR="00D03939" w:rsidRDefault="00D03939"/>
        </w:tc>
      </w:tr>
      <w:tr w:rsidR="00D03939">
        <w:tc>
          <w:tcPr>
            <w:tcW w:w="4320" w:type="dxa"/>
          </w:tcPr>
          <w:p w:rsidR="00D03939" w:rsidRDefault="00786344">
            <w:r>
              <w:t>Printing / Branding Requirements</w:t>
            </w:r>
          </w:p>
        </w:tc>
        <w:tc>
          <w:tcPr>
            <w:tcW w:w="4320" w:type="dxa"/>
          </w:tcPr>
          <w:p w:rsidR="00D03939" w:rsidRDefault="00D03939"/>
        </w:tc>
      </w:tr>
      <w:tr w:rsidR="00D03939">
        <w:tc>
          <w:tcPr>
            <w:tcW w:w="4320" w:type="dxa"/>
          </w:tcPr>
          <w:p w:rsidR="00D03939" w:rsidRDefault="00786344">
            <w:r>
              <w:t>Assembly Requirements</w:t>
            </w:r>
          </w:p>
        </w:tc>
        <w:tc>
          <w:tcPr>
            <w:tcW w:w="4320" w:type="dxa"/>
          </w:tcPr>
          <w:p w:rsidR="00D03939" w:rsidRDefault="00D03939"/>
        </w:tc>
      </w:tr>
    </w:tbl>
    <w:p w:rsidR="00FC4662" w:rsidRDefault="00FC4662">
      <w:pPr>
        <w:spacing w:before="160" w:after="0"/>
        <w:rPr>
          <w:b/>
          <w:color w:val="366092"/>
          <w:sz w:val="24"/>
        </w:rPr>
      </w:pPr>
    </w:p>
    <w:p w:rsidR="00D03939" w:rsidRPr="00E83D3D" w:rsidRDefault="00786344">
      <w:pPr>
        <w:spacing w:before="160" w:after="0"/>
        <w:rPr>
          <w:rFonts w:ascii="Calibri" w:hAnsi="Calibri" w:cs="Calibri"/>
          <w:sz w:val="28"/>
          <w:szCs w:val="28"/>
        </w:rPr>
      </w:pPr>
      <w:r w:rsidRPr="00E83D3D">
        <w:rPr>
          <w:rFonts w:ascii="Calibri" w:hAnsi="Calibri" w:cs="Calibri"/>
          <w:b/>
          <w:color w:val="366092"/>
          <w:sz w:val="28"/>
          <w:szCs w:val="28"/>
        </w:rPr>
        <w:t>4. CUSTOMIZATION REQUIREMENTS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D03939">
        <w:tc>
          <w:tcPr>
            <w:tcW w:w="4320" w:type="dxa"/>
          </w:tcPr>
          <w:p w:rsidR="00D03939" w:rsidRDefault="00786344">
            <w:r>
              <w:t>Custom Logo Required</w:t>
            </w:r>
          </w:p>
        </w:tc>
        <w:tc>
          <w:tcPr>
            <w:tcW w:w="4320" w:type="dxa"/>
          </w:tcPr>
          <w:p w:rsidR="00D03939" w:rsidRDefault="00D03939"/>
        </w:tc>
      </w:tr>
      <w:tr w:rsidR="00D03939">
        <w:tc>
          <w:tcPr>
            <w:tcW w:w="4320" w:type="dxa"/>
          </w:tcPr>
          <w:p w:rsidR="00D03939" w:rsidRDefault="00786344">
            <w:r>
              <w:t>Logo Application Method</w:t>
            </w:r>
          </w:p>
        </w:tc>
        <w:tc>
          <w:tcPr>
            <w:tcW w:w="4320" w:type="dxa"/>
          </w:tcPr>
          <w:p w:rsidR="00D03939" w:rsidRDefault="00D03939"/>
        </w:tc>
      </w:tr>
      <w:tr w:rsidR="00D03939">
        <w:tc>
          <w:tcPr>
            <w:tcW w:w="4320" w:type="dxa"/>
          </w:tcPr>
          <w:p w:rsidR="00D03939" w:rsidRDefault="00786344">
            <w:r>
              <w:t>Custom Packaging Required</w:t>
            </w:r>
          </w:p>
        </w:tc>
        <w:tc>
          <w:tcPr>
            <w:tcW w:w="4320" w:type="dxa"/>
          </w:tcPr>
          <w:p w:rsidR="00D03939" w:rsidRDefault="00D03939"/>
        </w:tc>
      </w:tr>
      <w:tr w:rsidR="00D03939">
        <w:tc>
          <w:tcPr>
            <w:tcW w:w="4320" w:type="dxa"/>
          </w:tcPr>
          <w:p w:rsidR="00D03939" w:rsidRDefault="00786344">
            <w:r>
              <w:t>Barcode Required</w:t>
            </w:r>
          </w:p>
        </w:tc>
        <w:tc>
          <w:tcPr>
            <w:tcW w:w="4320" w:type="dxa"/>
          </w:tcPr>
          <w:p w:rsidR="00D03939" w:rsidRDefault="00D03939"/>
        </w:tc>
      </w:tr>
      <w:tr w:rsidR="00D03939">
        <w:tc>
          <w:tcPr>
            <w:tcW w:w="4320" w:type="dxa"/>
          </w:tcPr>
          <w:p w:rsidR="00D03939" w:rsidRDefault="00786344">
            <w:r>
              <w:lastRenderedPageBreak/>
              <w:t>Instruction Manual Required</w:t>
            </w:r>
          </w:p>
        </w:tc>
        <w:tc>
          <w:tcPr>
            <w:tcW w:w="4320" w:type="dxa"/>
          </w:tcPr>
          <w:p w:rsidR="00D03939" w:rsidRDefault="00D03939"/>
        </w:tc>
      </w:tr>
      <w:tr w:rsidR="00D03939">
        <w:tc>
          <w:tcPr>
            <w:tcW w:w="4320" w:type="dxa"/>
          </w:tcPr>
          <w:p w:rsidR="00D03939" w:rsidRDefault="00786344">
            <w:r>
              <w:t>Retail Ready Packaging</w:t>
            </w:r>
          </w:p>
        </w:tc>
        <w:tc>
          <w:tcPr>
            <w:tcW w:w="4320" w:type="dxa"/>
          </w:tcPr>
          <w:p w:rsidR="00D03939" w:rsidRDefault="00D03939"/>
        </w:tc>
      </w:tr>
    </w:tbl>
    <w:p w:rsidR="00FC4662" w:rsidRDefault="00FC4662">
      <w:pPr>
        <w:spacing w:before="160" w:after="0"/>
        <w:rPr>
          <w:b/>
          <w:color w:val="366092"/>
          <w:sz w:val="24"/>
        </w:rPr>
      </w:pPr>
    </w:p>
    <w:p w:rsidR="00CB197F" w:rsidRPr="00E83D3D" w:rsidRDefault="00CB197F" w:rsidP="00CB197F">
      <w:pPr>
        <w:spacing w:before="160" w:after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color w:val="366092"/>
          <w:sz w:val="28"/>
          <w:szCs w:val="28"/>
        </w:rPr>
        <w:t>5. PACKAGING</w:t>
      </w:r>
      <w:r w:rsidRPr="00E83D3D">
        <w:rPr>
          <w:rFonts w:ascii="Calibri" w:hAnsi="Calibri" w:cs="Calibri"/>
          <w:b/>
          <w:color w:val="366092"/>
          <w:sz w:val="28"/>
          <w:szCs w:val="28"/>
        </w:rPr>
        <w:t xml:space="preserve"> REQUIREMENTS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CB197F" w:rsidTr="007352AA">
        <w:tc>
          <w:tcPr>
            <w:tcW w:w="4320" w:type="dxa"/>
          </w:tcPr>
          <w:p w:rsidR="00CB197F" w:rsidRDefault="00CB197F" w:rsidP="007352AA">
            <w:r>
              <w:t>Packaging Type</w:t>
            </w:r>
          </w:p>
        </w:tc>
        <w:tc>
          <w:tcPr>
            <w:tcW w:w="4320" w:type="dxa"/>
          </w:tcPr>
          <w:p w:rsidR="00CB197F" w:rsidRDefault="00CB197F" w:rsidP="007352AA"/>
        </w:tc>
      </w:tr>
      <w:tr w:rsidR="00CB197F" w:rsidTr="007352AA">
        <w:tc>
          <w:tcPr>
            <w:tcW w:w="4320" w:type="dxa"/>
          </w:tcPr>
          <w:p w:rsidR="00CB197F" w:rsidRDefault="00CB197F" w:rsidP="007352AA">
            <w:r>
              <w:t>Packaging Specifications</w:t>
            </w:r>
          </w:p>
        </w:tc>
        <w:tc>
          <w:tcPr>
            <w:tcW w:w="4320" w:type="dxa"/>
          </w:tcPr>
          <w:p w:rsidR="00CB197F" w:rsidRDefault="00CB197F" w:rsidP="007352AA"/>
        </w:tc>
      </w:tr>
      <w:tr w:rsidR="00CB197F" w:rsidTr="007352AA">
        <w:tc>
          <w:tcPr>
            <w:tcW w:w="4320" w:type="dxa"/>
          </w:tcPr>
          <w:p w:rsidR="00CB197F" w:rsidRDefault="00CB197F" w:rsidP="007352AA">
            <w:r>
              <w:t>Branding Requirements</w:t>
            </w:r>
          </w:p>
        </w:tc>
        <w:tc>
          <w:tcPr>
            <w:tcW w:w="4320" w:type="dxa"/>
          </w:tcPr>
          <w:p w:rsidR="00CB197F" w:rsidRDefault="00CB197F" w:rsidP="007352AA"/>
        </w:tc>
      </w:tr>
      <w:tr w:rsidR="00CB197F" w:rsidTr="007352AA">
        <w:tc>
          <w:tcPr>
            <w:tcW w:w="4320" w:type="dxa"/>
          </w:tcPr>
          <w:p w:rsidR="00CB197F" w:rsidRDefault="00CB197F" w:rsidP="007352AA">
            <w:r>
              <w:t>Labelling Requirements</w:t>
            </w:r>
          </w:p>
        </w:tc>
        <w:tc>
          <w:tcPr>
            <w:tcW w:w="4320" w:type="dxa"/>
          </w:tcPr>
          <w:p w:rsidR="00CB197F" w:rsidRDefault="00CB197F" w:rsidP="007352AA"/>
        </w:tc>
      </w:tr>
      <w:tr w:rsidR="00CB197F" w:rsidTr="007352AA">
        <w:tc>
          <w:tcPr>
            <w:tcW w:w="4320" w:type="dxa"/>
          </w:tcPr>
          <w:p w:rsidR="00CB197F" w:rsidRDefault="00CB197F" w:rsidP="007352AA">
            <w:r>
              <w:t>Compliance / Retail Standards</w:t>
            </w:r>
          </w:p>
        </w:tc>
        <w:tc>
          <w:tcPr>
            <w:tcW w:w="4320" w:type="dxa"/>
          </w:tcPr>
          <w:p w:rsidR="00CB197F" w:rsidRDefault="00CB197F" w:rsidP="007352AA"/>
        </w:tc>
      </w:tr>
      <w:tr w:rsidR="00CB197F" w:rsidTr="007352AA">
        <w:tc>
          <w:tcPr>
            <w:tcW w:w="4320" w:type="dxa"/>
          </w:tcPr>
          <w:p w:rsidR="00CB197F" w:rsidRDefault="00CB197F" w:rsidP="007352AA">
            <w:r>
              <w:t>Carton Specifications</w:t>
            </w:r>
          </w:p>
        </w:tc>
        <w:tc>
          <w:tcPr>
            <w:tcW w:w="4320" w:type="dxa"/>
          </w:tcPr>
          <w:p w:rsidR="00CB197F" w:rsidRDefault="00CB197F" w:rsidP="007352AA"/>
        </w:tc>
      </w:tr>
      <w:tr w:rsidR="00CB197F" w:rsidTr="007352AA">
        <w:tc>
          <w:tcPr>
            <w:tcW w:w="4320" w:type="dxa"/>
          </w:tcPr>
          <w:p w:rsidR="00CB197F" w:rsidRDefault="00CB197F" w:rsidP="007352AA">
            <w:r>
              <w:t>Packaging Artwork Available</w:t>
            </w:r>
          </w:p>
        </w:tc>
        <w:tc>
          <w:tcPr>
            <w:tcW w:w="4320" w:type="dxa"/>
          </w:tcPr>
          <w:p w:rsidR="00CB197F" w:rsidRDefault="00CB197F" w:rsidP="007352AA"/>
        </w:tc>
      </w:tr>
      <w:tr w:rsidR="00CB197F" w:rsidTr="007352AA">
        <w:tc>
          <w:tcPr>
            <w:tcW w:w="4320" w:type="dxa"/>
          </w:tcPr>
          <w:p w:rsidR="00CB197F" w:rsidRDefault="00CB197F" w:rsidP="007352AA">
            <w:r>
              <w:t>Special Packaging Requirements</w:t>
            </w:r>
          </w:p>
        </w:tc>
        <w:tc>
          <w:tcPr>
            <w:tcW w:w="4320" w:type="dxa"/>
          </w:tcPr>
          <w:p w:rsidR="00CB197F" w:rsidRDefault="00CB197F" w:rsidP="007352AA"/>
        </w:tc>
      </w:tr>
    </w:tbl>
    <w:p w:rsidR="00CB197F" w:rsidRDefault="00CB197F"/>
    <w:p w:rsidR="00D03939" w:rsidRPr="00E83D3D" w:rsidRDefault="00CB197F">
      <w:pPr>
        <w:spacing w:before="160" w:after="0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color w:val="366092"/>
          <w:sz w:val="28"/>
          <w:szCs w:val="28"/>
        </w:rPr>
        <w:t>6</w:t>
      </w:r>
      <w:r w:rsidR="00786344" w:rsidRPr="00E83D3D">
        <w:rPr>
          <w:rFonts w:asciiTheme="majorHAnsi" w:hAnsiTheme="majorHAnsi" w:cstheme="majorHAnsi"/>
          <w:b/>
          <w:color w:val="366092"/>
          <w:sz w:val="28"/>
          <w:szCs w:val="28"/>
        </w:rPr>
        <w:t>. COMMERCIAL REQUIREMENTS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D03939">
        <w:tc>
          <w:tcPr>
            <w:tcW w:w="4320" w:type="dxa"/>
          </w:tcPr>
          <w:p w:rsidR="00D03939" w:rsidRDefault="00786344">
            <w:r>
              <w:t>Target Price (USD)</w:t>
            </w:r>
          </w:p>
        </w:tc>
        <w:tc>
          <w:tcPr>
            <w:tcW w:w="4320" w:type="dxa"/>
          </w:tcPr>
          <w:p w:rsidR="00D03939" w:rsidRDefault="00D03939"/>
        </w:tc>
      </w:tr>
      <w:tr w:rsidR="00FC4662">
        <w:tc>
          <w:tcPr>
            <w:tcW w:w="4320" w:type="dxa"/>
          </w:tcPr>
          <w:p w:rsidR="00FC4662" w:rsidRDefault="00FC4662">
            <w:r>
              <w:t>Incoterms Preferred</w:t>
            </w:r>
          </w:p>
        </w:tc>
        <w:tc>
          <w:tcPr>
            <w:tcW w:w="4320" w:type="dxa"/>
          </w:tcPr>
          <w:p w:rsidR="00FC4662" w:rsidRDefault="00FC4662"/>
        </w:tc>
      </w:tr>
      <w:tr w:rsidR="00D03939">
        <w:tc>
          <w:tcPr>
            <w:tcW w:w="4320" w:type="dxa"/>
          </w:tcPr>
          <w:p w:rsidR="00D03939" w:rsidRDefault="00786344">
            <w:r>
              <w:t>Initial Order Quantity</w:t>
            </w:r>
          </w:p>
        </w:tc>
        <w:tc>
          <w:tcPr>
            <w:tcW w:w="4320" w:type="dxa"/>
          </w:tcPr>
          <w:p w:rsidR="00D03939" w:rsidRDefault="00D03939"/>
        </w:tc>
      </w:tr>
      <w:tr w:rsidR="00D03939">
        <w:tc>
          <w:tcPr>
            <w:tcW w:w="4320" w:type="dxa"/>
          </w:tcPr>
          <w:p w:rsidR="00D03939" w:rsidRDefault="00786344">
            <w:r>
              <w:t>MOQ Target</w:t>
            </w:r>
          </w:p>
        </w:tc>
        <w:tc>
          <w:tcPr>
            <w:tcW w:w="4320" w:type="dxa"/>
          </w:tcPr>
          <w:p w:rsidR="00D03939" w:rsidRDefault="00D03939"/>
        </w:tc>
      </w:tr>
      <w:tr w:rsidR="00D03939">
        <w:tc>
          <w:tcPr>
            <w:tcW w:w="4320" w:type="dxa"/>
          </w:tcPr>
          <w:p w:rsidR="00D03939" w:rsidRDefault="00786344">
            <w:r>
              <w:t>Forecast Annual Volume</w:t>
            </w:r>
          </w:p>
        </w:tc>
        <w:tc>
          <w:tcPr>
            <w:tcW w:w="4320" w:type="dxa"/>
          </w:tcPr>
          <w:p w:rsidR="00D03939" w:rsidRDefault="00D03939"/>
        </w:tc>
      </w:tr>
      <w:tr w:rsidR="00D03939">
        <w:tc>
          <w:tcPr>
            <w:tcW w:w="4320" w:type="dxa"/>
          </w:tcPr>
          <w:p w:rsidR="00D03939" w:rsidRDefault="00786344">
            <w:r>
              <w:t>Reorder Frequency</w:t>
            </w:r>
          </w:p>
        </w:tc>
        <w:tc>
          <w:tcPr>
            <w:tcW w:w="4320" w:type="dxa"/>
          </w:tcPr>
          <w:p w:rsidR="00D03939" w:rsidRDefault="00D03939"/>
        </w:tc>
      </w:tr>
      <w:tr w:rsidR="00D03939">
        <w:tc>
          <w:tcPr>
            <w:tcW w:w="4320" w:type="dxa"/>
          </w:tcPr>
          <w:p w:rsidR="00D03939" w:rsidRDefault="00786344">
            <w:r>
              <w:t>Target Launch Date</w:t>
            </w:r>
          </w:p>
        </w:tc>
        <w:tc>
          <w:tcPr>
            <w:tcW w:w="4320" w:type="dxa"/>
          </w:tcPr>
          <w:p w:rsidR="00D03939" w:rsidRDefault="00D03939"/>
        </w:tc>
      </w:tr>
    </w:tbl>
    <w:p w:rsidR="00FC4662" w:rsidRDefault="00FC4662">
      <w:pPr>
        <w:spacing w:before="160" w:after="0"/>
        <w:rPr>
          <w:b/>
          <w:color w:val="366092"/>
          <w:sz w:val="24"/>
        </w:rPr>
      </w:pPr>
    </w:p>
    <w:p w:rsidR="00D03939" w:rsidRPr="00E83D3D" w:rsidRDefault="00CB197F">
      <w:pPr>
        <w:spacing w:before="160" w:after="0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color w:val="366092"/>
          <w:sz w:val="28"/>
          <w:szCs w:val="28"/>
        </w:rPr>
        <w:t>7</w:t>
      </w:r>
      <w:r w:rsidR="00786344" w:rsidRPr="00E83D3D">
        <w:rPr>
          <w:rFonts w:asciiTheme="majorHAnsi" w:hAnsiTheme="majorHAnsi" w:cstheme="majorHAnsi"/>
          <w:b/>
          <w:color w:val="366092"/>
          <w:sz w:val="28"/>
          <w:szCs w:val="28"/>
        </w:rPr>
        <w:t>. QUALITY REQUIREMENTS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D03939">
        <w:tc>
          <w:tcPr>
            <w:tcW w:w="4320" w:type="dxa"/>
          </w:tcPr>
          <w:p w:rsidR="00D03939" w:rsidRDefault="00786344">
            <w:r>
              <w:t>Inspection Required</w:t>
            </w:r>
          </w:p>
        </w:tc>
        <w:tc>
          <w:tcPr>
            <w:tcW w:w="4320" w:type="dxa"/>
          </w:tcPr>
          <w:p w:rsidR="00D03939" w:rsidRDefault="00D03939"/>
        </w:tc>
      </w:tr>
      <w:tr w:rsidR="00D03939">
        <w:tc>
          <w:tcPr>
            <w:tcW w:w="4320" w:type="dxa"/>
          </w:tcPr>
          <w:p w:rsidR="00D03939" w:rsidRDefault="00786344">
            <w:r>
              <w:t>Critical Quality Points</w:t>
            </w:r>
          </w:p>
        </w:tc>
        <w:tc>
          <w:tcPr>
            <w:tcW w:w="4320" w:type="dxa"/>
          </w:tcPr>
          <w:p w:rsidR="00D03939" w:rsidRDefault="00D03939"/>
        </w:tc>
      </w:tr>
      <w:tr w:rsidR="00D03939">
        <w:tc>
          <w:tcPr>
            <w:tcW w:w="4320" w:type="dxa"/>
          </w:tcPr>
          <w:p w:rsidR="00D03939" w:rsidRDefault="00786344">
            <w:r>
              <w:t>Known Quality Issues to Avoid</w:t>
            </w:r>
          </w:p>
        </w:tc>
        <w:tc>
          <w:tcPr>
            <w:tcW w:w="4320" w:type="dxa"/>
          </w:tcPr>
          <w:p w:rsidR="00D03939" w:rsidRDefault="00D03939"/>
        </w:tc>
      </w:tr>
    </w:tbl>
    <w:p w:rsidR="00FC4662" w:rsidRDefault="00FC4662">
      <w:pPr>
        <w:spacing w:before="160" w:after="0"/>
        <w:rPr>
          <w:b/>
          <w:color w:val="366092"/>
          <w:sz w:val="24"/>
        </w:rPr>
      </w:pPr>
    </w:p>
    <w:p w:rsidR="00D03939" w:rsidRPr="00E83D3D" w:rsidRDefault="00CB197F">
      <w:pPr>
        <w:spacing w:before="160" w:after="0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color w:val="366092"/>
          <w:sz w:val="28"/>
          <w:szCs w:val="28"/>
        </w:rPr>
        <w:t>8</w:t>
      </w:r>
      <w:r w:rsidR="00786344" w:rsidRPr="00E83D3D">
        <w:rPr>
          <w:rFonts w:asciiTheme="majorHAnsi" w:hAnsiTheme="majorHAnsi" w:cstheme="majorHAnsi"/>
          <w:b/>
          <w:color w:val="366092"/>
          <w:sz w:val="28"/>
          <w:szCs w:val="28"/>
        </w:rPr>
        <w:t>. COMPLIANCE &amp; TESTING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D03939">
        <w:tc>
          <w:tcPr>
            <w:tcW w:w="4320" w:type="dxa"/>
          </w:tcPr>
          <w:p w:rsidR="00D03939" w:rsidRDefault="00786344">
            <w:r>
              <w:t>Target Market</w:t>
            </w:r>
          </w:p>
        </w:tc>
        <w:tc>
          <w:tcPr>
            <w:tcW w:w="4320" w:type="dxa"/>
          </w:tcPr>
          <w:p w:rsidR="00D03939" w:rsidRDefault="00D03939"/>
        </w:tc>
      </w:tr>
      <w:tr w:rsidR="00D03939">
        <w:tc>
          <w:tcPr>
            <w:tcW w:w="4320" w:type="dxa"/>
          </w:tcPr>
          <w:p w:rsidR="00D03939" w:rsidRDefault="00786344">
            <w:r>
              <w:t>Required Certifications</w:t>
            </w:r>
          </w:p>
        </w:tc>
        <w:tc>
          <w:tcPr>
            <w:tcW w:w="4320" w:type="dxa"/>
          </w:tcPr>
          <w:p w:rsidR="00D03939" w:rsidRDefault="00D03939"/>
        </w:tc>
      </w:tr>
      <w:tr w:rsidR="00D03939">
        <w:tc>
          <w:tcPr>
            <w:tcW w:w="4320" w:type="dxa"/>
          </w:tcPr>
          <w:p w:rsidR="00D03939" w:rsidRDefault="00786344">
            <w:r>
              <w:t>Sustainability Requirements</w:t>
            </w:r>
          </w:p>
        </w:tc>
        <w:tc>
          <w:tcPr>
            <w:tcW w:w="4320" w:type="dxa"/>
          </w:tcPr>
          <w:p w:rsidR="00D03939" w:rsidRDefault="00D03939"/>
        </w:tc>
      </w:tr>
    </w:tbl>
    <w:p w:rsidR="00FC4662" w:rsidRDefault="00FC4662">
      <w:pPr>
        <w:spacing w:before="160" w:after="0"/>
        <w:rPr>
          <w:b/>
          <w:color w:val="366092"/>
          <w:sz w:val="24"/>
        </w:rPr>
      </w:pPr>
    </w:p>
    <w:p w:rsidR="00D03939" w:rsidRPr="00E83D3D" w:rsidRDefault="00CB197F">
      <w:pPr>
        <w:spacing w:before="160" w:after="0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color w:val="366092"/>
          <w:sz w:val="28"/>
          <w:szCs w:val="28"/>
        </w:rPr>
        <w:t>9</w:t>
      </w:r>
      <w:r w:rsidR="00786344" w:rsidRPr="00E83D3D">
        <w:rPr>
          <w:rFonts w:asciiTheme="majorHAnsi" w:hAnsiTheme="majorHAnsi" w:cstheme="majorHAnsi"/>
          <w:b/>
          <w:color w:val="366092"/>
          <w:sz w:val="28"/>
          <w:szCs w:val="28"/>
        </w:rPr>
        <w:t>. LOGISTICS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D03939">
        <w:tc>
          <w:tcPr>
            <w:tcW w:w="4320" w:type="dxa"/>
          </w:tcPr>
          <w:p w:rsidR="00D03939" w:rsidRDefault="00786344">
            <w:r>
              <w:t>Preferred Shipping Method</w:t>
            </w:r>
          </w:p>
        </w:tc>
        <w:tc>
          <w:tcPr>
            <w:tcW w:w="4320" w:type="dxa"/>
          </w:tcPr>
          <w:p w:rsidR="00D03939" w:rsidRDefault="00D03939"/>
        </w:tc>
      </w:tr>
      <w:tr w:rsidR="00D03939">
        <w:tc>
          <w:tcPr>
            <w:tcW w:w="4320" w:type="dxa"/>
          </w:tcPr>
          <w:p w:rsidR="00D03939" w:rsidRDefault="00786344">
            <w:r>
              <w:t>Destination Port / City</w:t>
            </w:r>
          </w:p>
        </w:tc>
        <w:tc>
          <w:tcPr>
            <w:tcW w:w="4320" w:type="dxa"/>
          </w:tcPr>
          <w:p w:rsidR="00D03939" w:rsidRDefault="00D03939"/>
        </w:tc>
      </w:tr>
      <w:tr w:rsidR="00D03939">
        <w:tc>
          <w:tcPr>
            <w:tcW w:w="4320" w:type="dxa"/>
          </w:tcPr>
          <w:p w:rsidR="00D03939" w:rsidRDefault="00786344">
            <w:r>
              <w:t>Destination Country</w:t>
            </w:r>
          </w:p>
        </w:tc>
        <w:tc>
          <w:tcPr>
            <w:tcW w:w="4320" w:type="dxa"/>
          </w:tcPr>
          <w:p w:rsidR="00D03939" w:rsidRDefault="00D03939"/>
        </w:tc>
      </w:tr>
      <w:tr w:rsidR="00D03939">
        <w:tc>
          <w:tcPr>
            <w:tcW w:w="4320" w:type="dxa"/>
          </w:tcPr>
          <w:p w:rsidR="00D03939" w:rsidRDefault="00786344">
            <w:r>
              <w:t>Special Shipping Requirements</w:t>
            </w:r>
          </w:p>
        </w:tc>
        <w:tc>
          <w:tcPr>
            <w:tcW w:w="4320" w:type="dxa"/>
          </w:tcPr>
          <w:p w:rsidR="00D03939" w:rsidRDefault="00D03939"/>
        </w:tc>
      </w:tr>
    </w:tbl>
    <w:p w:rsidR="00FC4662" w:rsidRDefault="00FC4662">
      <w:pPr>
        <w:spacing w:before="160" w:after="0"/>
        <w:rPr>
          <w:b/>
          <w:color w:val="366092"/>
          <w:sz w:val="24"/>
        </w:rPr>
      </w:pPr>
    </w:p>
    <w:p w:rsidR="00D03939" w:rsidRPr="00E83D3D" w:rsidRDefault="00CB197F">
      <w:pPr>
        <w:spacing w:before="160" w:after="0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color w:val="366092"/>
          <w:sz w:val="28"/>
          <w:szCs w:val="28"/>
        </w:rPr>
        <w:lastRenderedPageBreak/>
        <w:t>10</w:t>
      </w:r>
      <w:r w:rsidR="00786344" w:rsidRPr="00E83D3D">
        <w:rPr>
          <w:rFonts w:asciiTheme="majorHAnsi" w:hAnsiTheme="majorHAnsi" w:cstheme="majorHAnsi"/>
          <w:b/>
          <w:color w:val="366092"/>
          <w:sz w:val="28"/>
          <w:szCs w:val="28"/>
        </w:rPr>
        <w:t>. DOCUMENTS PROVIDED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D03939">
        <w:tc>
          <w:tcPr>
            <w:tcW w:w="4320" w:type="dxa"/>
          </w:tcPr>
          <w:p w:rsidR="00D03939" w:rsidRDefault="00786344">
            <w:r>
              <w:t>List Documents Provided</w:t>
            </w:r>
          </w:p>
        </w:tc>
        <w:tc>
          <w:tcPr>
            <w:tcW w:w="4320" w:type="dxa"/>
          </w:tcPr>
          <w:p w:rsidR="00D03939" w:rsidRDefault="00D03939"/>
        </w:tc>
        <w:bookmarkStart w:id="0" w:name="_GoBack"/>
        <w:bookmarkEnd w:id="0"/>
      </w:tr>
    </w:tbl>
    <w:p w:rsidR="00FC4662" w:rsidRDefault="00FC4662">
      <w:pPr>
        <w:spacing w:before="160" w:after="0"/>
        <w:rPr>
          <w:b/>
          <w:color w:val="366092"/>
          <w:sz w:val="24"/>
        </w:rPr>
      </w:pPr>
    </w:p>
    <w:p w:rsidR="00D03939" w:rsidRPr="00E83D3D" w:rsidRDefault="00CB197F">
      <w:pPr>
        <w:spacing w:before="160" w:after="0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color w:val="366092"/>
          <w:sz w:val="28"/>
          <w:szCs w:val="28"/>
        </w:rPr>
        <w:t>11</w:t>
      </w:r>
      <w:r w:rsidR="00786344" w:rsidRPr="00E83D3D">
        <w:rPr>
          <w:rFonts w:asciiTheme="majorHAnsi" w:hAnsiTheme="majorHAnsi" w:cstheme="majorHAnsi"/>
          <w:b/>
          <w:color w:val="366092"/>
          <w:sz w:val="28"/>
          <w:szCs w:val="28"/>
        </w:rPr>
        <w:t>. ADDITIONAL COMMENTS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D03939">
        <w:tc>
          <w:tcPr>
            <w:tcW w:w="4320" w:type="dxa"/>
          </w:tcPr>
          <w:p w:rsidR="00D03939" w:rsidRDefault="00786344">
            <w:r>
              <w:t>Comments</w:t>
            </w:r>
          </w:p>
        </w:tc>
        <w:tc>
          <w:tcPr>
            <w:tcW w:w="4320" w:type="dxa"/>
          </w:tcPr>
          <w:p w:rsidR="00D03939" w:rsidRDefault="00D03939"/>
        </w:tc>
      </w:tr>
    </w:tbl>
    <w:p w:rsidR="00786344" w:rsidRDefault="00786344"/>
    <w:p w:rsidR="00A02BA7" w:rsidRPr="00E83D3D" w:rsidRDefault="00A02BA7" w:rsidP="00A02BA7">
      <w:pPr>
        <w:spacing w:before="160" w:after="0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color w:val="366092"/>
          <w:sz w:val="28"/>
          <w:szCs w:val="28"/>
        </w:rPr>
        <w:t>12. ADDITIONAL QUESTIONS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A02BA7" w:rsidTr="007A3E1C">
        <w:tc>
          <w:tcPr>
            <w:tcW w:w="4320" w:type="dxa"/>
          </w:tcPr>
          <w:p w:rsidR="00A02BA7" w:rsidRDefault="00A02BA7" w:rsidP="007A3E1C">
            <w:r>
              <w:t>Is your target price fixed or flexible?</w:t>
            </w:r>
          </w:p>
        </w:tc>
        <w:tc>
          <w:tcPr>
            <w:tcW w:w="4320" w:type="dxa"/>
          </w:tcPr>
          <w:p w:rsidR="00A02BA7" w:rsidRDefault="00A02BA7" w:rsidP="007A3E1C"/>
        </w:tc>
      </w:tr>
      <w:tr w:rsidR="00A02BA7" w:rsidTr="007A3E1C">
        <w:tc>
          <w:tcPr>
            <w:tcW w:w="4320" w:type="dxa"/>
          </w:tcPr>
          <w:p w:rsidR="00A02BA7" w:rsidRDefault="00A02BA7" w:rsidP="007A3E1C">
            <w:r>
              <w:t>Do you already have physical samples?</w:t>
            </w:r>
          </w:p>
        </w:tc>
        <w:tc>
          <w:tcPr>
            <w:tcW w:w="4320" w:type="dxa"/>
          </w:tcPr>
          <w:p w:rsidR="00A02BA7" w:rsidRDefault="00A02BA7" w:rsidP="007A3E1C"/>
        </w:tc>
      </w:tr>
      <w:tr w:rsidR="00A02BA7" w:rsidTr="007A3E1C">
        <w:tc>
          <w:tcPr>
            <w:tcW w:w="4320" w:type="dxa"/>
          </w:tcPr>
          <w:p w:rsidR="00A02BA7" w:rsidRDefault="00A02BA7" w:rsidP="007A3E1C">
            <w:r>
              <w:t>Are alternative materials acceptable?</w:t>
            </w:r>
          </w:p>
        </w:tc>
        <w:tc>
          <w:tcPr>
            <w:tcW w:w="4320" w:type="dxa"/>
          </w:tcPr>
          <w:p w:rsidR="00A02BA7" w:rsidRDefault="00A02BA7" w:rsidP="007A3E1C"/>
        </w:tc>
      </w:tr>
      <w:tr w:rsidR="00A02BA7" w:rsidTr="007A3E1C">
        <w:tc>
          <w:tcPr>
            <w:tcW w:w="4320" w:type="dxa"/>
          </w:tcPr>
          <w:p w:rsidR="00A02BA7" w:rsidRDefault="00A02BA7" w:rsidP="007A3E1C">
            <w:r>
              <w:t>Is the quantity required flexible in case of not meeting MOQ’s?</w:t>
            </w:r>
          </w:p>
        </w:tc>
        <w:tc>
          <w:tcPr>
            <w:tcW w:w="4320" w:type="dxa"/>
          </w:tcPr>
          <w:p w:rsidR="00A02BA7" w:rsidRDefault="00A02BA7" w:rsidP="007A3E1C"/>
        </w:tc>
      </w:tr>
    </w:tbl>
    <w:p w:rsidR="00A02BA7" w:rsidRDefault="00A02BA7"/>
    <w:sectPr w:rsidR="00A02BA7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5D0" w:rsidRDefault="007D25D0">
      <w:pPr>
        <w:spacing w:after="0" w:line="240" w:lineRule="auto"/>
      </w:pPr>
      <w:r>
        <w:separator/>
      </w:r>
    </w:p>
  </w:endnote>
  <w:endnote w:type="continuationSeparator" w:id="0">
    <w:p w:rsidR="007D25D0" w:rsidRDefault="007D2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939" w:rsidRDefault="00786344">
    <w:pPr>
      <w:pStyle w:val="Footer"/>
    </w:pPr>
    <w:r>
      <w:t>Template originally created by A-Up Sourcing (Vietnam)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5D0" w:rsidRDefault="007D25D0">
      <w:pPr>
        <w:spacing w:after="0" w:line="240" w:lineRule="auto"/>
      </w:pPr>
      <w:r>
        <w:separator/>
      </w:r>
    </w:p>
  </w:footnote>
  <w:footnote w:type="continuationSeparator" w:id="0">
    <w:p w:rsidR="007D25D0" w:rsidRDefault="007D25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86344"/>
    <w:rsid w:val="007D25D0"/>
    <w:rsid w:val="00A02BA7"/>
    <w:rsid w:val="00AA1D8D"/>
    <w:rsid w:val="00AB4D3F"/>
    <w:rsid w:val="00AF330C"/>
    <w:rsid w:val="00B47730"/>
    <w:rsid w:val="00CB0664"/>
    <w:rsid w:val="00CB197F"/>
    <w:rsid w:val="00D03939"/>
    <w:rsid w:val="00E83D3D"/>
    <w:rsid w:val="00EA52B6"/>
    <w:rsid w:val="00FC466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AD004C"/>
  <w14:defaultImageDpi w14:val="300"/>
  <w15:docId w15:val="{932200DA-2A0B-458A-BFA3-EB540836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BA7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2AD8EF2-5754-4B0F-B0B2-B18893EBB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DELL</cp:lastModifiedBy>
  <cp:revision>3</cp:revision>
  <dcterms:created xsi:type="dcterms:W3CDTF">2026-06-08T11:12:00Z</dcterms:created>
  <dcterms:modified xsi:type="dcterms:W3CDTF">2026-06-09T05:08:00Z</dcterms:modified>
  <cp:category/>
</cp:coreProperties>
</file>